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2CCB7" w14:textId="77777777" w:rsidR="00313C61" w:rsidRPr="002F13B6" w:rsidRDefault="00000000">
      <w:pPr>
        <w:jc w:val="center"/>
        <w:rPr>
          <w:sz w:val="48"/>
          <w:szCs w:val="48"/>
        </w:rPr>
      </w:pPr>
      <w:r w:rsidRPr="002F13B6">
        <w:rPr>
          <w:b/>
          <w:sz w:val="48"/>
          <w:szCs w:val="48"/>
        </w:rPr>
        <w:t>ONSDAGSUNDERVISNING</w:t>
      </w:r>
    </w:p>
    <w:p w14:paraId="1B848CCE" w14:textId="6386D099" w:rsidR="00313C61" w:rsidRDefault="00000000">
      <w:pPr>
        <w:jc w:val="center"/>
      </w:pPr>
      <w:proofErr w:type="spellStart"/>
      <w:r>
        <w:t>Periode</w:t>
      </w:r>
      <w:proofErr w:type="spellEnd"/>
      <w:r>
        <w:t xml:space="preserve">: 01-01-2026 – </w:t>
      </w:r>
      <w:r w:rsidR="00522175">
        <w:t>3</w:t>
      </w:r>
      <w:r>
        <w:t>1-0</w:t>
      </w:r>
      <w:r w:rsidR="00522175">
        <w:t>7</w:t>
      </w:r>
      <w:r>
        <w:t xml:space="preserve">-2026   |   </w:t>
      </w:r>
      <w:proofErr w:type="spellStart"/>
      <w:r>
        <w:t>Tid</w:t>
      </w:r>
      <w:proofErr w:type="spellEnd"/>
      <w:r>
        <w:t>: 13:15–15:00</w:t>
      </w:r>
    </w:p>
    <w:p w14:paraId="471A8C22" w14:textId="77777777" w:rsidR="00313C61" w:rsidRDefault="00313C61"/>
    <w:tbl>
      <w:tblPr>
        <w:tblStyle w:val="MediumShading1-Accent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313C61" w14:paraId="0F5962E0" w14:textId="77777777" w:rsidTr="00FE4D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7ED143" w14:textId="77777777" w:rsidR="00313C61" w:rsidRPr="002A7B89" w:rsidRDefault="00000000">
            <w:pPr>
              <w:rPr>
                <w:sz w:val="24"/>
                <w:szCs w:val="24"/>
              </w:rPr>
            </w:pPr>
            <w:r w:rsidRPr="002A7B89">
              <w:rPr>
                <w:sz w:val="24"/>
                <w:szCs w:val="24"/>
              </w:rPr>
              <w:t>Dato</w:t>
            </w:r>
          </w:p>
        </w:tc>
        <w:tc>
          <w:tcPr>
            <w:tcW w:w="28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7C2EDA2B" w14:textId="77777777" w:rsidR="00313C61" w:rsidRPr="002A7B8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2A7B89">
              <w:rPr>
                <w:sz w:val="24"/>
                <w:szCs w:val="24"/>
              </w:rPr>
              <w:t>Underviser</w:t>
            </w:r>
            <w:proofErr w:type="spellEnd"/>
          </w:p>
        </w:tc>
        <w:tc>
          <w:tcPr>
            <w:tcW w:w="288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2C7493DD" w14:textId="77777777" w:rsidR="00313C61" w:rsidRPr="002A7B8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A7B89">
              <w:rPr>
                <w:sz w:val="24"/>
                <w:szCs w:val="24"/>
              </w:rPr>
              <w:t>Emne</w:t>
            </w:r>
          </w:p>
        </w:tc>
      </w:tr>
      <w:tr w:rsidR="00313C61" w14:paraId="5CFDC825" w14:textId="77777777" w:rsidTr="008745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tcBorders>
              <w:top w:val="single" w:sz="18" w:space="0" w:color="auto"/>
              <w:right w:val="none" w:sz="0" w:space="0" w:color="auto"/>
            </w:tcBorders>
            <w:shd w:val="clear" w:color="auto" w:fill="EE0000"/>
            <w:vAlign w:val="center"/>
          </w:tcPr>
          <w:p w14:paraId="7332D9D4" w14:textId="77777777" w:rsidR="00313C61" w:rsidRPr="002A7B89" w:rsidRDefault="00000000" w:rsidP="00522175">
            <w:pPr>
              <w:rPr>
                <w:sz w:val="24"/>
                <w:szCs w:val="24"/>
              </w:rPr>
            </w:pPr>
            <w:proofErr w:type="spellStart"/>
            <w:r w:rsidRPr="002A7B89">
              <w:rPr>
                <w:sz w:val="24"/>
                <w:szCs w:val="24"/>
              </w:rPr>
              <w:t>januar</w:t>
            </w:r>
            <w:proofErr w:type="spellEnd"/>
            <w:r w:rsidRPr="002A7B89">
              <w:rPr>
                <w:sz w:val="24"/>
                <w:szCs w:val="24"/>
              </w:rPr>
              <w:t xml:space="preserve"> 2026</w:t>
            </w:r>
          </w:p>
        </w:tc>
        <w:tc>
          <w:tcPr>
            <w:tcW w:w="2880" w:type="dxa"/>
            <w:tcBorders>
              <w:top w:val="single" w:sz="18" w:space="0" w:color="auto"/>
              <w:left w:val="none" w:sz="0" w:space="0" w:color="auto"/>
              <w:right w:val="none" w:sz="0" w:space="0" w:color="auto"/>
            </w:tcBorders>
            <w:shd w:val="clear" w:color="auto" w:fill="EE0000"/>
          </w:tcPr>
          <w:p w14:paraId="00DB8B89" w14:textId="77777777" w:rsidR="00313C61" w:rsidRPr="002A7B8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2A7B89">
              <w:rPr>
                <w:b/>
                <w:bCs/>
                <w:sz w:val="24"/>
                <w:szCs w:val="24"/>
              </w:rPr>
              <w:t xml:space="preserve">Ingen </w:t>
            </w:r>
            <w:proofErr w:type="spellStart"/>
            <w:r w:rsidRPr="002A7B89">
              <w:rPr>
                <w:b/>
                <w:bCs/>
                <w:sz w:val="24"/>
                <w:szCs w:val="24"/>
              </w:rPr>
              <w:t>undervisning</w:t>
            </w:r>
            <w:proofErr w:type="spellEnd"/>
          </w:p>
        </w:tc>
        <w:tc>
          <w:tcPr>
            <w:tcW w:w="2880" w:type="dxa"/>
            <w:tcBorders>
              <w:top w:val="single" w:sz="18" w:space="0" w:color="auto"/>
              <w:left w:val="none" w:sz="0" w:space="0" w:color="auto"/>
            </w:tcBorders>
            <w:shd w:val="clear" w:color="auto" w:fill="EE0000"/>
          </w:tcPr>
          <w:p w14:paraId="0184C171" w14:textId="77777777" w:rsidR="00313C61" w:rsidRPr="002A7B89" w:rsidRDefault="00313C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313C61" w:rsidRPr="00450A84" w14:paraId="2D220BFC" w14:textId="77777777" w:rsidTr="0052217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tcBorders>
              <w:right w:val="none" w:sz="0" w:space="0" w:color="auto"/>
            </w:tcBorders>
            <w:vAlign w:val="center"/>
          </w:tcPr>
          <w:p w14:paraId="0EF40C58" w14:textId="77777777" w:rsidR="00313C61" w:rsidRPr="002A7B89" w:rsidRDefault="00000000" w:rsidP="00522175">
            <w:pPr>
              <w:rPr>
                <w:sz w:val="24"/>
                <w:szCs w:val="24"/>
              </w:rPr>
            </w:pPr>
            <w:r w:rsidRPr="002A7B89">
              <w:rPr>
                <w:sz w:val="24"/>
                <w:szCs w:val="24"/>
              </w:rPr>
              <w:t>04-02-2026</w:t>
            </w:r>
          </w:p>
        </w:tc>
        <w:tc>
          <w:tcPr>
            <w:tcW w:w="2880" w:type="dxa"/>
            <w:tcBorders>
              <w:left w:val="none" w:sz="0" w:space="0" w:color="auto"/>
              <w:right w:val="none" w:sz="0" w:space="0" w:color="auto"/>
            </w:tcBorders>
          </w:tcPr>
          <w:p w14:paraId="438A4F7B" w14:textId="5226FA3B" w:rsidR="00313C61" w:rsidRPr="002A7B8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2A7B89">
              <w:rPr>
                <w:sz w:val="24"/>
                <w:szCs w:val="24"/>
              </w:rPr>
              <w:t>Uddannelsesteamet</w:t>
            </w:r>
            <w:proofErr w:type="spellEnd"/>
          </w:p>
        </w:tc>
        <w:tc>
          <w:tcPr>
            <w:tcW w:w="2880" w:type="dxa"/>
            <w:tcBorders>
              <w:left w:val="none" w:sz="0" w:space="0" w:color="auto"/>
            </w:tcBorders>
          </w:tcPr>
          <w:p w14:paraId="294C12B3" w14:textId="7405A2C3" w:rsidR="00313C61" w:rsidRPr="0012076F" w:rsidRDefault="00FF049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  <w:lang w:val="da-DK"/>
              </w:rPr>
            </w:pPr>
            <w:r w:rsidRPr="0012076F">
              <w:rPr>
                <w:sz w:val="24"/>
                <w:szCs w:val="24"/>
                <w:lang w:val="da-DK"/>
              </w:rPr>
              <w:t xml:space="preserve">Diverse </w:t>
            </w:r>
            <w:proofErr w:type="spellStart"/>
            <w:r w:rsidRPr="0012076F">
              <w:rPr>
                <w:sz w:val="24"/>
                <w:szCs w:val="24"/>
                <w:lang w:val="da-DK"/>
              </w:rPr>
              <w:t>uddannelsetiltag</w:t>
            </w:r>
            <w:proofErr w:type="spellEnd"/>
          </w:p>
          <w:p w14:paraId="2C17EE69" w14:textId="747DE03C" w:rsidR="00FF049F" w:rsidRPr="0012076F" w:rsidRDefault="00FF049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  <w:lang w:val="da-DK"/>
              </w:rPr>
            </w:pPr>
            <w:r w:rsidRPr="0012076F">
              <w:rPr>
                <w:sz w:val="24"/>
                <w:szCs w:val="24"/>
                <w:lang w:val="da-DK"/>
              </w:rPr>
              <w:t xml:space="preserve">“Aalborg er bedste uddannelsessted.” </w:t>
            </w:r>
          </w:p>
        </w:tc>
      </w:tr>
      <w:tr w:rsidR="00450A84" w14:paraId="49727B6F" w14:textId="77777777" w:rsidTr="00FE4D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vMerge w:val="restart"/>
            <w:tcBorders>
              <w:right w:val="single" w:sz="4" w:space="0" w:color="auto"/>
            </w:tcBorders>
            <w:vAlign w:val="center"/>
          </w:tcPr>
          <w:p w14:paraId="0E329439" w14:textId="77777777" w:rsidR="00450A84" w:rsidRPr="002A7B89" w:rsidRDefault="00450A84" w:rsidP="00522175">
            <w:pPr>
              <w:rPr>
                <w:sz w:val="24"/>
                <w:szCs w:val="24"/>
              </w:rPr>
            </w:pPr>
            <w:r w:rsidRPr="002A7B89">
              <w:rPr>
                <w:sz w:val="24"/>
                <w:szCs w:val="24"/>
              </w:rPr>
              <w:t>11-02-2026</w:t>
            </w: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</w:tcPr>
          <w:p w14:paraId="456D01BC" w14:textId="282F3C06" w:rsidR="00450A84" w:rsidRPr="00522175" w:rsidRDefault="00450A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22175">
              <w:t>Weronika (</w:t>
            </w:r>
            <w:proofErr w:type="spellStart"/>
            <w:r w:rsidRPr="00522175">
              <w:t>Neurosektionen</w:t>
            </w:r>
            <w:proofErr w:type="spellEnd"/>
            <w:r w:rsidRPr="00522175">
              <w:t>)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14:paraId="01E85787" w14:textId="5D6C30FC" w:rsidR="00450A84" w:rsidRPr="00522175" w:rsidRDefault="00450A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522175">
              <w:t>Intrakranielle</w:t>
            </w:r>
            <w:proofErr w:type="spellEnd"/>
            <w:r w:rsidRPr="00522175">
              <w:t xml:space="preserve"> </w:t>
            </w:r>
            <w:proofErr w:type="spellStart"/>
            <w:r w:rsidRPr="00522175">
              <w:t>blødninger</w:t>
            </w:r>
            <w:proofErr w:type="spellEnd"/>
          </w:p>
        </w:tc>
      </w:tr>
      <w:tr w:rsidR="00450A84" w14:paraId="101D6621" w14:textId="77777777" w:rsidTr="00FE4D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vMerge/>
            <w:tcBorders>
              <w:right w:val="single" w:sz="4" w:space="0" w:color="auto"/>
            </w:tcBorders>
            <w:vAlign w:val="center"/>
          </w:tcPr>
          <w:p w14:paraId="61A7E5C5" w14:textId="77777777" w:rsidR="00450A84" w:rsidRPr="002A7B89" w:rsidRDefault="00450A84" w:rsidP="00522175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0126B2F4" w14:textId="23BDDD61" w:rsidR="00450A84" w:rsidRPr="00522175" w:rsidRDefault="00FE4DF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proofErr w:type="spellStart"/>
            <w:r w:rsidRPr="00522175">
              <w:t>Casedag</w:t>
            </w:r>
            <w:proofErr w:type="spellEnd"/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45E29BAB" wp14:editId="217AC943">
                  <wp:extent cx="169545" cy="169545"/>
                  <wp:effectExtent l="0" t="0" r="0" b="0"/>
                  <wp:docPr id="17376921" name="Grafik 1" descr="Stjerne med massiv udfyldn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0900943" name="Grafik 1090900943" descr="Stjerne med massiv udfyldning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" cy="169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tcBorders>
              <w:left w:val="single" w:sz="4" w:space="0" w:color="auto"/>
            </w:tcBorders>
            <w:shd w:val="clear" w:color="auto" w:fill="D2EAF1" w:themeFill="accent5" w:themeFillTint="3F"/>
          </w:tcPr>
          <w:p w14:paraId="44ABDBD5" w14:textId="692A71B6" w:rsidR="00450A84" w:rsidRPr="00522175" w:rsidRDefault="00FE4DF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proofErr w:type="spellStart"/>
            <w:r>
              <w:t>Gennemgang</w:t>
            </w:r>
            <w:proofErr w:type="spellEnd"/>
            <w:r>
              <w:t xml:space="preserve"> </w:t>
            </w:r>
            <w:proofErr w:type="spellStart"/>
            <w:r>
              <w:t>af</w:t>
            </w:r>
            <w:proofErr w:type="spellEnd"/>
            <w:r>
              <w:t xml:space="preserve"> cases</w:t>
            </w:r>
          </w:p>
        </w:tc>
      </w:tr>
      <w:tr w:rsidR="00313C61" w14:paraId="779DEA57" w14:textId="77777777" w:rsidTr="005221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tcBorders>
              <w:right w:val="none" w:sz="0" w:space="0" w:color="auto"/>
            </w:tcBorders>
            <w:shd w:val="clear" w:color="auto" w:fill="EE0000"/>
            <w:vAlign w:val="center"/>
          </w:tcPr>
          <w:p w14:paraId="47F61D4E" w14:textId="77777777" w:rsidR="00313C61" w:rsidRPr="002A7B89" w:rsidRDefault="00000000" w:rsidP="00522175">
            <w:pPr>
              <w:rPr>
                <w:sz w:val="24"/>
                <w:szCs w:val="24"/>
              </w:rPr>
            </w:pPr>
            <w:r w:rsidRPr="002A7B89">
              <w:rPr>
                <w:sz w:val="24"/>
                <w:szCs w:val="24"/>
              </w:rPr>
              <w:t>18-02-2026</w:t>
            </w:r>
          </w:p>
        </w:tc>
        <w:tc>
          <w:tcPr>
            <w:tcW w:w="2880" w:type="dxa"/>
            <w:tcBorders>
              <w:left w:val="none" w:sz="0" w:space="0" w:color="auto"/>
              <w:right w:val="none" w:sz="0" w:space="0" w:color="auto"/>
            </w:tcBorders>
            <w:shd w:val="clear" w:color="auto" w:fill="EE0000"/>
          </w:tcPr>
          <w:p w14:paraId="47CF0ADC" w14:textId="77777777" w:rsidR="00313C61" w:rsidRPr="002A7B8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proofErr w:type="spellStart"/>
            <w:r w:rsidRPr="002A7B89">
              <w:rPr>
                <w:b/>
                <w:bCs/>
                <w:sz w:val="24"/>
                <w:szCs w:val="24"/>
              </w:rPr>
              <w:t>Vinterferie</w:t>
            </w:r>
            <w:proofErr w:type="spellEnd"/>
          </w:p>
        </w:tc>
        <w:tc>
          <w:tcPr>
            <w:tcW w:w="2880" w:type="dxa"/>
            <w:tcBorders>
              <w:left w:val="none" w:sz="0" w:space="0" w:color="auto"/>
            </w:tcBorders>
            <w:shd w:val="clear" w:color="auto" w:fill="EE0000"/>
          </w:tcPr>
          <w:p w14:paraId="6CE0655F" w14:textId="77777777" w:rsidR="00313C61" w:rsidRPr="002A7B8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proofErr w:type="spellStart"/>
            <w:r w:rsidRPr="002A7B89">
              <w:rPr>
                <w:b/>
                <w:bCs/>
                <w:sz w:val="24"/>
                <w:szCs w:val="24"/>
              </w:rPr>
              <w:t>Vinterferie</w:t>
            </w:r>
            <w:proofErr w:type="spellEnd"/>
          </w:p>
        </w:tc>
      </w:tr>
      <w:tr w:rsidR="00450A84" w:rsidRPr="00450A84" w14:paraId="51489EC6" w14:textId="77777777" w:rsidTr="00FE4D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vMerge w:val="restart"/>
            <w:tcBorders>
              <w:right w:val="single" w:sz="4" w:space="0" w:color="auto"/>
            </w:tcBorders>
            <w:vAlign w:val="center"/>
          </w:tcPr>
          <w:p w14:paraId="0033FCFA" w14:textId="77777777" w:rsidR="00450A84" w:rsidRPr="002A7B89" w:rsidRDefault="00450A84" w:rsidP="00522175">
            <w:pPr>
              <w:rPr>
                <w:sz w:val="24"/>
                <w:szCs w:val="24"/>
              </w:rPr>
            </w:pPr>
            <w:r w:rsidRPr="002A7B89">
              <w:rPr>
                <w:sz w:val="24"/>
                <w:szCs w:val="24"/>
              </w:rPr>
              <w:t>25-02-2026</w:t>
            </w: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</w:tcPr>
          <w:p w14:paraId="184CD8EF" w14:textId="77777777" w:rsidR="00450A84" w:rsidRDefault="00450A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Henrik</w:t>
            </w:r>
            <w:r w:rsidRPr="00522175">
              <w:t xml:space="preserve"> (</w:t>
            </w:r>
            <w:proofErr w:type="spellStart"/>
            <w:r>
              <w:t>Thoraxsektionen</w:t>
            </w:r>
            <w:proofErr w:type="spellEnd"/>
            <w:r w:rsidRPr="00522175">
              <w:t>)</w:t>
            </w:r>
          </w:p>
          <w:p w14:paraId="657CAF8D" w14:textId="30BEBD4F" w:rsidR="00450A84" w:rsidRPr="00522175" w:rsidRDefault="00450A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880" w:type="dxa"/>
            <w:tcBorders>
              <w:left w:val="single" w:sz="4" w:space="0" w:color="auto"/>
            </w:tcBorders>
          </w:tcPr>
          <w:p w14:paraId="7B679EEB" w14:textId="631CA71E" w:rsidR="00450A84" w:rsidRPr="0012076F" w:rsidRDefault="00450A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da-DK"/>
              </w:rPr>
            </w:pPr>
            <w:r w:rsidRPr="0012076F">
              <w:rPr>
                <w:lang w:val="da-DK"/>
              </w:rPr>
              <w:t>DRS årsmøde oplæg (bl.a</w:t>
            </w:r>
            <w:r>
              <w:rPr>
                <w:lang w:val="da-DK"/>
              </w:rPr>
              <w:t xml:space="preserve">. </w:t>
            </w:r>
            <w:proofErr w:type="spellStart"/>
            <w:r>
              <w:rPr>
                <w:lang w:val="da-DK"/>
              </w:rPr>
              <w:t>lungeemboli</w:t>
            </w:r>
            <w:proofErr w:type="spellEnd"/>
            <w:r>
              <w:rPr>
                <w:lang w:val="da-DK"/>
              </w:rPr>
              <w:t xml:space="preserve"> og aortadissektion)</w:t>
            </w:r>
          </w:p>
        </w:tc>
      </w:tr>
      <w:tr w:rsidR="00450A84" w:rsidRPr="00450A84" w14:paraId="3C6DA97E" w14:textId="77777777" w:rsidTr="00FE4D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vMerge/>
            <w:tcBorders>
              <w:right w:val="single" w:sz="4" w:space="0" w:color="auto"/>
            </w:tcBorders>
            <w:vAlign w:val="center"/>
          </w:tcPr>
          <w:p w14:paraId="14E60C0B" w14:textId="77777777" w:rsidR="00450A84" w:rsidRPr="002A7B89" w:rsidRDefault="00450A84" w:rsidP="00522175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68BC97" w14:textId="439733C0" w:rsidR="00450A84" w:rsidRDefault="00FE4D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522175">
              <w:t>Casedag</w:t>
            </w:r>
            <w:proofErr w:type="spellEnd"/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1AA9331B" wp14:editId="681A4AEE">
                  <wp:extent cx="169545" cy="169545"/>
                  <wp:effectExtent l="0" t="0" r="0" b="0"/>
                  <wp:docPr id="1796508532" name="Grafik 1" descr="Stjerne med massiv udfyldn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0900943" name="Grafik 1090900943" descr="Stjerne med massiv udfyldning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" cy="169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tcBorders>
              <w:left w:val="single" w:sz="4" w:space="0" w:color="auto"/>
            </w:tcBorders>
            <w:shd w:val="clear" w:color="auto" w:fill="auto"/>
          </w:tcPr>
          <w:p w14:paraId="4517C858" w14:textId="72991F7A" w:rsidR="00450A84" w:rsidRPr="0012076F" w:rsidRDefault="00167B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a-DK"/>
              </w:rPr>
            </w:pPr>
            <w:r w:rsidRPr="00167BDB">
              <w:rPr>
                <w:lang w:val="da-DK"/>
              </w:rPr>
              <w:t>Gennemgang af cases</w:t>
            </w:r>
          </w:p>
        </w:tc>
      </w:tr>
      <w:tr w:rsidR="00450A84" w14:paraId="653CDED0" w14:textId="77777777" w:rsidTr="00FE4D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vMerge w:val="restart"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69FFE014" w14:textId="77777777" w:rsidR="00450A84" w:rsidRPr="002A7B89" w:rsidRDefault="00450A84" w:rsidP="00522175">
            <w:pPr>
              <w:rPr>
                <w:sz w:val="24"/>
                <w:szCs w:val="24"/>
              </w:rPr>
            </w:pPr>
            <w:r w:rsidRPr="002A7B89">
              <w:rPr>
                <w:sz w:val="24"/>
                <w:szCs w:val="24"/>
              </w:rPr>
              <w:t>04-03-2026</w:t>
            </w: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18444A6A" w14:textId="0DF26C3E" w:rsidR="00450A84" w:rsidRPr="00522175" w:rsidRDefault="00450A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proofErr w:type="spellStart"/>
            <w:r w:rsidRPr="00522175">
              <w:t>Janusiya</w:t>
            </w:r>
            <w:proofErr w:type="spellEnd"/>
          </w:p>
        </w:tc>
        <w:tc>
          <w:tcPr>
            <w:tcW w:w="2880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14:paraId="0EE7949C" w14:textId="77777777" w:rsidR="00450A84" w:rsidRPr="00522175" w:rsidRDefault="00450A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proofErr w:type="spellStart"/>
            <w:r w:rsidRPr="00522175">
              <w:t>Forskning</w:t>
            </w:r>
            <w:proofErr w:type="spellEnd"/>
          </w:p>
        </w:tc>
      </w:tr>
      <w:tr w:rsidR="00450A84" w14:paraId="780CC31A" w14:textId="77777777" w:rsidTr="00FE4D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vMerge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49575CC3" w14:textId="77777777" w:rsidR="00450A84" w:rsidRPr="002A7B89" w:rsidRDefault="00450A84" w:rsidP="00522175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78E8EC0" w14:textId="56CB45B8" w:rsidR="00450A84" w:rsidRPr="00522175" w:rsidRDefault="00450A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522175">
              <w:t>Forskningsoplæg</w:t>
            </w:r>
            <w:proofErr w:type="spellEnd"/>
          </w:p>
        </w:tc>
        <w:tc>
          <w:tcPr>
            <w:tcW w:w="2880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14:paraId="73073F1A" w14:textId="30C2686E" w:rsidR="00450A84" w:rsidRPr="00522175" w:rsidRDefault="00FE4D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Forskning</w:t>
            </w:r>
            <w:proofErr w:type="spellEnd"/>
          </w:p>
        </w:tc>
      </w:tr>
      <w:tr w:rsidR="00450A84" w14:paraId="37A2EF90" w14:textId="77777777" w:rsidTr="00FE4D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vMerge w:val="restart"/>
            <w:tcBorders>
              <w:right w:val="single" w:sz="4" w:space="0" w:color="auto"/>
            </w:tcBorders>
            <w:vAlign w:val="center"/>
          </w:tcPr>
          <w:p w14:paraId="6B3CCFF7" w14:textId="77777777" w:rsidR="00450A84" w:rsidRPr="002A7B89" w:rsidRDefault="00450A84" w:rsidP="00522175">
            <w:pPr>
              <w:rPr>
                <w:sz w:val="24"/>
                <w:szCs w:val="24"/>
              </w:rPr>
            </w:pPr>
            <w:r w:rsidRPr="002A7B89">
              <w:rPr>
                <w:sz w:val="24"/>
                <w:szCs w:val="24"/>
              </w:rPr>
              <w:t>11-03-2026</w:t>
            </w: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</w:tcPr>
          <w:p w14:paraId="170320FB" w14:textId="371E802E" w:rsidR="00450A84" w:rsidRPr="00522175" w:rsidRDefault="00450A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proofErr w:type="spellStart"/>
            <w:r w:rsidRPr="00522175">
              <w:t>Gastrosektionen</w:t>
            </w:r>
            <w:proofErr w:type="spellEnd"/>
          </w:p>
        </w:tc>
        <w:tc>
          <w:tcPr>
            <w:tcW w:w="2880" w:type="dxa"/>
            <w:tcBorders>
              <w:left w:val="single" w:sz="4" w:space="0" w:color="auto"/>
            </w:tcBorders>
          </w:tcPr>
          <w:p w14:paraId="6E150663" w14:textId="77777777" w:rsidR="00450A84" w:rsidRPr="00522175" w:rsidRDefault="00450A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50A84" w14:paraId="5C49B908" w14:textId="77777777" w:rsidTr="00FE4D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vMerge/>
            <w:tcBorders>
              <w:right w:val="single" w:sz="4" w:space="0" w:color="auto"/>
            </w:tcBorders>
            <w:vAlign w:val="center"/>
          </w:tcPr>
          <w:p w14:paraId="2347A764" w14:textId="77777777" w:rsidR="00450A84" w:rsidRPr="002A7B89" w:rsidRDefault="00450A84" w:rsidP="00522175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ED6C57" w14:textId="118E95D8" w:rsidR="00450A84" w:rsidRPr="00522175" w:rsidRDefault="00450A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22175">
              <w:t>Freja</w:t>
            </w:r>
          </w:p>
        </w:tc>
        <w:tc>
          <w:tcPr>
            <w:tcW w:w="2880" w:type="dxa"/>
            <w:tcBorders>
              <w:left w:val="single" w:sz="4" w:space="0" w:color="auto"/>
            </w:tcBorders>
            <w:shd w:val="clear" w:color="auto" w:fill="auto"/>
          </w:tcPr>
          <w:p w14:paraId="4562043F" w14:textId="77777777" w:rsidR="00450A84" w:rsidRPr="00522175" w:rsidRDefault="00450A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13C61" w14:paraId="2730B3CC" w14:textId="77777777" w:rsidTr="0052217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tcBorders>
              <w:right w:val="none" w:sz="0" w:space="0" w:color="auto"/>
            </w:tcBorders>
            <w:shd w:val="clear" w:color="auto" w:fill="FFC000"/>
            <w:vAlign w:val="center"/>
          </w:tcPr>
          <w:p w14:paraId="00CD3ADD" w14:textId="77777777" w:rsidR="00313C61" w:rsidRPr="002A7B89" w:rsidRDefault="00000000" w:rsidP="00522175">
            <w:pPr>
              <w:rPr>
                <w:sz w:val="24"/>
                <w:szCs w:val="24"/>
              </w:rPr>
            </w:pPr>
            <w:r w:rsidRPr="002A7B89">
              <w:rPr>
                <w:sz w:val="24"/>
                <w:szCs w:val="24"/>
              </w:rPr>
              <w:t>18-03-2026</w:t>
            </w:r>
          </w:p>
        </w:tc>
        <w:tc>
          <w:tcPr>
            <w:tcW w:w="2880" w:type="dxa"/>
            <w:tcBorders>
              <w:left w:val="none" w:sz="0" w:space="0" w:color="auto"/>
              <w:right w:val="none" w:sz="0" w:space="0" w:color="auto"/>
            </w:tcBorders>
            <w:shd w:val="clear" w:color="auto" w:fill="FFC000"/>
          </w:tcPr>
          <w:p w14:paraId="5C57D1B4" w14:textId="1DF8584A" w:rsidR="00313C61" w:rsidRPr="00522175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22175">
              <w:t xml:space="preserve">Alle </w:t>
            </w:r>
            <w:proofErr w:type="spellStart"/>
            <w:r w:rsidRPr="00522175">
              <w:t>uddannelseslæger</w:t>
            </w:r>
            <w:proofErr w:type="spellEnd"/>
          </w:p>
        </w:tc>
        <w:tc>
          <w:tcPr>
            <w:tcW w:w="2880" w:type="dxa"/>
            <w:tcBorders>
              <w:left w:val="none" w:sz="0" w:space="0" w:color="auto"/>
            </w:tcBorders>
            <w:shd w:val="clear" w:color="auto" w:fill="FFC000"/>
          </w:tcPr>
          <w:p w14:paraId="3014C0AF" w14:textId="77777777" w:rsidR="00313C61" w:rsidRPr="00522175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22175">
              <w:t xml:space="preserve">3-timers </w:t>
            </w:r>
            <w:proofErr w:type="spellStart"/>
            <w:r w:rsidRPr="00522175">
              <w:t>møde</w:t>
            </w:r>
            <w:proofErr w:type="spellEnd"/>
          </w:p>
        </w:tc>
      </w:tr>
      <w:tr w:rsidR="00313C61" w14:paraId="695D8885" w14:textId="77777777" w:rsidTr="005221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tcBorders>
              <w:right w:val="none" w:sz="0" w:space="0" w:color="auto"/>
            </w:tcBorders>
            <w:vAlign w:val="center"/>
          </w:tcPr>
          <w:p w14:paraId="126E51C2" w14:textId="77777777" w:rsidR="00313C61" w:rsidRPr="002A7B89" w:rsidRDefault="00000000" w:rsidP="00522175">
            <w:pPr>
              <w:rPr>
                <w:sz w:val="24"/>
                <w:szCs w:val="24"/>
              </w:rPr>
            </w:pPr>
            <w:r w:rsidRPr="002A7B89">
              <w:rPr>
                <w:sz w:val="24"/>
                <w:szCs w:val="24"/>
              </w:rPr>
              <w:t>25-03-2026</w:t>
            </w:r>
          </w:p>
        </w:tc>
        <w:tc>
          <w:tcPr>
            <w:tcW w:w="2880" w:type="dxa"/>
            <w:tcBorders>
              <w:left w:val="none" w:sz="0" w:space="0" w:color="auto"/>
              <w:right w:val="none" w:sz="0" w:space="0" w:color="auto"/>
            </w:tcBorders>
          </w:tcPr>
          <w:p w14:paraId="2D433F3E" w14:textId="775768CE" w:rsidR="00313C61" w:rsidRPr="00522175" w:rsidRDefault="001207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Einstein (</w:t>
            </w:r>
            <w:proofErr w:type="spellStart"/>
            <w:r>
              <w:t>onkosektionen</w:t>
            </w:r>
            <w:proofErr w:type="spellEnd"/>
            <w:r>
              <w:t>)</w:t>
            </w:r>
          </w:p>
        </w:tc>
        <w:tc>
          <w:tcPr>
            <w:tcW w:w="2880" w:type="dxa"/>
            <w:tcBorders>
              <w:left w:val="none" w:sz="0" w:space="0" w:color="auto"/>
            </w:tcBorders>
          </w:tcPr>
          <w:p w14:paraId="07DDF71B" w14:textId="61375767" w:rsidR="00313C61" w:rsidRPr="00522175" w:rsidRDefault="001207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2076F">
              <w:t>Komplikationer</w:t>
            </w:r>
            <w:proofErr w:type="spellEnd"/>
            <w:r w:rsidRPr="0012076F">
              <w:t xml:space="preserve"> </w:t>
            </w:r>
            <w:proofErr w:type="spellStart"/>
            <w:r w:rsidRPr="0012076F">
              <w:t>til</w:t>
            </w:r>
            <w:proofErr w:type="spellEnd"/>
            <w:r w:rsidRPr="0012076F">
              <w:t xml:space="preserve"> </w:t>
            </w:r>
            <w:proofErr w:type="spellStart"/>
            <w:r w:rsidRPr="0012076F">
              <w:t>cancerbehandling</w:t>
            </w:r>
            <w:proofErr w:type="spellEnd"/>
          </w:p>
        </w:tc>
      </w:tr>
      <w:tr w:rsidR="00313C61" w14:paraId="72D85B67" w14:textId="77777777" w:rsidTr="0052217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tcBorders>
              <w:right w:val="none" w:sz="0" w:space="0" w:color="auto"/>
            </w:tcBorders>
            <w:vAlign w:val="center"/>
          </w:tcPr>
          <w:p w14:paraId="444B3B9F" w14:textId="77777777" w:rsidR="00313C61" w:rsidRPr="002A7B89" w:rsidRDefault="00000000" w:rsidP="00522175">
            <w:pPr>
              <w:rPr>
                <w:sz w:val="24"/>
                <w:szCs w:val="24"/>
              </w:rPr>
            </w:pPr>
            <w:r w:rsidRPr="002A7B89">
              <w:rPr>
                <w:sz w:val="24"/>
                <w:szCs w:val="24"/>
              </w:rPr>
              <w:t>01-04-2026</w:t>
            </w:r>
          </w:p>
        </w:tc>
        <w:tc>
          <w:tcPr>
            <w:tcW w:w="2880" w:type="dxa"/>
            <w:tcBorders>
              <w:left w:val="none" w:sz="0" w:space="0" w:color="auto"/>
              <w:right w:val="none" w:sz="0" w:space="0" w:color="auto"/>
            </w:tcBorders>
          </w:tcPr>
          <w:p w14:paraId="153B0C6B" w14:textId="73001DA7" w:rsidR="00313C61" w:rsidRPr="00522175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22175">
              <w:t>Kerstin (</w:t>
            </w:r>
            <w:proofErr w:type="spellStart"/>
            <w:r w:rsidRPr="00522175">
              <w:t>Thoraxsektionen</w:t>
            </w:r>
            <w:proofErr w:type="spellEnd"/>
            <w:r w:rsidRPr="00522175">
              <w:t>)</w:t>
            </w:r>
          </w:p>
        </w:tc>
        <w:tc>
          <w:tcPr>
            <w:tcW w:w="2880" w:type="dxa"/>
            <w:tcBorders>
              <w:left w:val="none" w:sz="0" w:space="0" w:color="auto"/>
            </w:tcBorders>
          </w:tcPr>
          <w:p w14:paraId="15582D8E" w14:textId="77777777" w:rsidR="00313C61" w:rsidRPr="00522175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proofErr w:type="spellStart"/>
            <w:r w:rsidRPr="00522175">
              <w:t>Thoraxradiologiske</w:t>
            </w:r>
            <w:proofErr w:type="spellEnd"/>
            <w:r w:rsidRPr="00522175">
              <w:t xml:space="preserve"> cases</w:t>
            </w:r>
          </w:p>
        </w:tc>
      </w:tr>
      <w:tr w:rsidR="00313C61" w14:paraId="0058B1DF" w14:textId="77777777" w:rsidTr="005221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tcBorders>
              <w:right w:val="none" w:sz="0" w:space="0" w:color="auto"/>
            </w:tcBorders>
            <w:vAlign w:val="center"/>
          </w:tcPr>
          <w:p w14:paraId="71376ECF" w14:textId="77777777" w:rsidR="00313C61" w:rsidRPr="002A7B89" w:rsidRDefault="00000000" w:rsidP="00522175">
            <w:pPr>
              <w:rPr>
                <w:sz w:val="24"/>
                <w:szCs w:val="24"/>
              </w:rPr>
            </w:pPr>
            <w:r w:rsidRPr="002A7B89">
              <w:rPr>
                <w:sz w:val="24"/>
                <w:szCs w:val="24"/>
              </w:rPr>
              <w:t>08-04-2026</w:t>
            </w:r>
          </w:p>
        </w:tc>
        <w:tc>
          <w:tcPr>
            <w:tcW w:w="2880" w:type="dxa"/>
            <w:tcBorders>
              <w:left w:val="none" w:sz="0" w:space="0" w:color="auto"/>
              <w:right w:val="none" w:sz="0" w:space="0" w:color="auto"/>
            </w:tcBorders>
          </w:tcPr>
          <w:p w14:paraId="76A2E6B8" w14:textId="7F102828" w:rsidR="00313C61" w:rsidRPr="00522175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22175">
              <w:t>Lau Brix</w:t>
            </w:r>
            <w:r w:rsidR="00FF049F">
              <w:t xml:space="preserve"> </w:t>
            </w:r>
          </w:p>
        </w:tc>
        <w:tc>
          <w:tcPr>
            <w:tcW w:w="2880" w:type="dxa"/>
            <w:tcBorders>
              <w:left w:val="none" w:sz="0" w:space="0" w:color="auto"/>
            </w:tcBorders>
          </w:tcPr>
          <w:p w14:paraId="627A13DB" w14:textId="77777777" w:rsidR="00313C61" w:rsidRPr="00522175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22175">
              <w:t>MR-</w:t>
            </w:r>
            <w:proofErr w:type="spellStart"/>
            <w:r w:rsidRPr="00522175">
              <w:t>fysik</w:t>
            </w:r>
            <w:proofErr w:type="spellEnd"/>
          </w:p>
        </w:tc>
      </w:tr>
      <w:tr w:rsidR="00450A84" w14:paraId="7D541C1E" w14:textId="77777777" w:rsidTr="00FE4D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vMerge w:val="restart"/>
            <w:tcBorders>
              <w:right w:val="single" w:sz="4" w:space="0" w:color="auto"/>
            </w:tcBorders>
            <w:vAlign w:val="center"/>
          </w:tcPr>
          <w:p w14:paraId="65AC6E68" w14:textId="77777777" w:rsidR="00450A84" w:rsidRPr="002A7B89" w:rsidRDefault="00450A84" w:rsidP="00522175">
            <w:pPr>
              <w:rPr>
                <w:sz w:val="24"/>
                <w:szCs w:val="24"/>
              </w:rPr>
            </w:pPr>
            <w:r w:rsidRPr="002A7B89">
              <w:rPr>
                <w:sz w:val="24"/>
                <w:szCs w:val="24"/>
              </w:rPr>
              <w:t>15-04-2026</w:t>
            </w: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</w:tcPr>
          <w:p w14:paraId="2314870B" w14:textId="2B75D314" w:rsidR="00450A84" w:rsidRPr="00522175" w:rsidRDefault="00450A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Firas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14:paraId="658D6B23" w14:textId="42E6F9E6" w:rsidR="00450A84" w:rsidRPr="00522175" w:rsidRDefault="00450A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Columna-</w:t>
            </w:r>
            <w:proofErr w:type="spellStart"/>
            <w:r>
              <w:t>relaterede</w:t>
            </w:r>
            <w:proofErr w:type="spellEnd"/>
            <w:r>
              <w:t xml:space="preserve"> </w:t>
            </w:r>
            <w:proofErr w:type="spellStart"/>
            <w:r>
              <w:t>sygdomme</w:t>
            </w:r>
            <w:proofErr w:type="spellEnd"/>
          </w:p>
        </w:tc>
      </w:tr>
      <w:tr w:rsidR="00450A84" w14:paraId="358C0E1C" w14:textId="77777777" w:rsidTr="00FE4D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vMerge/>
            <w:tcBorders>
              <w:right w:val="single" w:sz="4" w:space="0" w:color="auto"/>
            </w:tcBorders>
            <w:vAlign w:val="center"/>
          </w:tcPr>
          <w:p w14:paraId="0E1559C7" w14:textId="77777777" w:rsidR="00450A84" w:rsidRPr="002A7B89" w:rsidRDefault="00450A84" w:rsidP="00522175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421F25F" w14:textId="621527F6" w:rsidR="00450A84" w:rsidRDefault="00450A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22175">
              <w:t>H.C</w:t>
            </w:r>
          </w:p>
        </w:tc>
        <w:tc>
          <w:tcPr>
            <w:tcW w:w="2880" w:type="dxa"/>
            <w:tcBorders>
              <w:left w:val="single" w:sz="4" w:space="0" w:color="auto"/>
            </w:tcBorders>
            <w:shd w:val="clear" w:color="auto" w:fill="auto"/>
          </w:tcPr>
          <w:p w14:paraId="055C0081" w14:textId="77777777" w:rsidR="00450A84" w:rsidRDefault="00450A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50A84" w14:paraId="65D617B2" w14:textId="77777777" w:rsidTr="00FE4D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vMerge w:val="restart"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1EC79526" w14:textId="77777777" w:rsidR="00450A84" w:rsidRPr="002A7B89" w:rsidRDefault="00450A84" w:rsidP="00522175">
            <w:pPr>
              <w:rPr>
                <w:sz w:val="24"/>
                <w:szCs w:val="24"/>
              </w:rPr>
            </w:pPr>
            <w:r w:rsidRPr="002A7B89">
              <w:rPr>
                <w:sz w:val="24"/>
                <w:szCs w:val="24"/>
              </w:rPr>
              <w:t>22-04-2026</w:t>
            </w: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69B19C02" w14:textId="622F5FA9" w:rsidR="00450A84" w:rsidRPr="00522175" w:rsidRDefault="00450A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proofErr w:type="spellStart"/>
            <w:r w:rsidRPr="00522175">
              <w:t>Mammasektionen</w:t>
            </w:r>
            <w:proofErr w:type="spellEnd"/>
          </w:p>
        </w:tc>
        <w:tc>
          <w:tcPr>
            <w:tcW w:w="2880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14:paraId="5DBAE452" w14:textId="77777777" w:rsidR="00450A84" w:rsidRPr="00522175" w:rsidRDefault="00450A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50A84" w14:paraId="4C6E0113" w14:textId="77777777" w:rsidTr="00FE4D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vMerge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75330096" w14:textId="77777777" w:rsidR="00450A84" w:rsidRPr="002A7B89" w:rsidRDefault="00450A84" w:rsidP="00522175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40AA6318" w14:textId="2B10C3CE" w:rsidR="00450A84" w:rsidRPr="00522175" w:rsidRDefault="00450A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22175">
              <w:t>Arash</w:t>
            </w:r>
          </w:p>
        </w:tc>
        <w:tc>
          <w:tcPr>
            <w:tcW w:w="2880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14:paraId="63A85912" w14:textId="77777777" w:rsidR="00450A84" w:rsidRPr="00522175" w:rsidRDefault="00450A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50A84" w14:paraId="4C2D5212" w14:textId="77777777" w:rsidTr="00FE4D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vMerge w:val="restart"/>
            <w:tcBorders>
              <w:right w:val="single" w:sz="4" w:space="0" w:color="auto"/>
            </w:tcBorders>
            <w:vAlign w:val="center"/>
          </w:tcPr>
          <w:p w14:paraId="6157F5CF" w14:textId="77777777" w:rsidR="00450A84" w:rsidRPr="002A7B89" w:rsidRDefault="00450A84" w:rsidP="00522175">
            <w:pPr>
              <w:rPr>
                <w:sz w:val="24"/>
                <w:szCs w:val="24"/>
              </w:rPr>
            </w:pPr>
            <w:r w:rsidRPr="002A7B89">
              <w:rPr>
                <w:sz w:val="24"/>
                <w:szCs w:val="24"/>
              </w:rPr>
              <w:t>29-04-2026</w:t>
            </w: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</w:tcPr>
          <w:p w14:paraId="067DE07E" w14:textId="4240A5B0" w:rsidR="00450A84" w:rsidRPr="00522175" w:rsidRDefault="009D010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22175">
              <w:t>Peter</w:t>
            </w:r>
            <w:r w:rsidRPr="00522175">
              <w:t xml:space="preserve"> 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14:paraId="2619F088" w14:textId="0271CC11" w:rsidR="00450A84" w:rsidRPr="00522175" w:rsidRDefault="00450A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50A84" w14:paraId="4CC39EA6" w14:textId="77777777" w:rsidTr="00FE4D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vMerge/>
            <w:tcBorders>
              <w:right w:val="single" w:sz="4" w:space="0" w:color="auto"/>
            </w:tcBorders>
            <w:vAlign w:val="center"/>
          </w:tcPr>
          <w:p w14:paraId="68C09058" w14:textId="77777777" w:rsidR="00450A84" w:rsidRPr="002A7B89" w:rsidRDefault="00450A84" w:rsidP="00522175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6E771B" w14:textId="27D339EA" w:rsidR="00450A84" w:rsidRPr="00522175" w:rsidRDefault="009D01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522175">
              <w:t>Casedag</w:t>
            </w:r>
            <w:proofErr w:type="spellEnd"/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6D6195A7" wp14:editId="53B72B17">
                  <wp:extent cx="169545" cy="169545"/>
                  <wp:effectExtent l="0" t="0" r="0" b="0"/>
                  <wp:docPr id="300071849" name="Grafik 1" descr="Stjerne med massiv udfyldn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0900943" name="Grafik 1090900943" descr="Stjerne med massiv udfyldning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" cy="169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tcBorders>
              <w:left w:val="single" w:sz="4" w:space="0" w:color="auto"/>
            </w:tcBorders>
            <w:shd w:val="clear" w:color="auto" w:fill="auto"/>
          </w:tcPr>
          <w:p w14:paraId="2EDC194E" w14:textId="62AE6431" w:rsidR="00450A84" w:rsidRPr="00522175" w:rsidRDefault="009D01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522175">
              <w:t>Gennemgang</w:t>
            </w:r>
            <w:proofErr w:type="spellEnd"/>
            <w:r w:rsidRPr="00522175">
              <w:t xml:space="preserve"> </w:t>
            </w:r>
            <w:proofErr w:type="spellStart"/>
            <w:r w:rsidRPr="00522175">
              <w:t>af</w:t>
            </w:r>
            <w:proofErr w:type="spellEnd"/>
            <w:r w:rsidRPr="00522175">
              <w:t xml:space="preserve"> cases</w:t>
            </w:r>
          </w:p>
        </w:tc>
      </w:tr>
      <w:tr w:rsidR="00450A84" w14:paraId="53D4A127" w14:textId="77777777" w:rsidTr="00FE4D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vMerge w:val="restart"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01B24D04" w14:textId="77777777" w:rsidR="00450A84" w:rsidRPr="002A7B89" w:rsidRDefault="00450A84" w:rsidP="00522175">
            <w:pPr>
              <w:rPr>
                <w:sz w:val="24"/>
                <w:szCs w:val="24"/>
              </w:rPr>
            </w:pPr>
            <w:r w:rsidRPr="002A7B89">
              <w:rPr>
                <w:sz w:val="24"/>
                <w:szCs w:val="24"/>
              </w:rPr>
              <w:t>06-05-2026</w:t>
            </w: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0414914" w14:textId="14BFF66B" w:rsidR="00450A84" w:rsidRPr="00522175" w:rsidRDefault="00450A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proofErr w:type="spellStart"/>
            <w:r w:rsidRPr="00522175">
              <w:t>Urosektionen</w:t>
            </w:r>
            <w:proofErr w:type="spellEnd"/>
          </w:p>
        </w:tc>
        <w:tc>
          <w:tcPr>
            <w:tcW w:w="2880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14:paraId="539D47B4" w14:textId="77777777" w:rsidR="00450A84" w:rsidRPr="00522175" w:rsidRDefault="00450A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50A84" w14:paraId="68641887" w14:textId="77777777" w:rsidTr="00FE4D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vMerge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17614C3E" w14:textId="77777777" w:rsidR="00450A84" w:rsidRPr="002A7B89" w:rsidRDefault="00450A84" w:rsidP="00522175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0AB6B5A7" w14:textId="2B75901A" w:rsidR="00450A84" w:rsidRPr="00522175" w:rsidRDefault="00450A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22175">
              <w:t>Jim</w:t>
            </w:r>
          </w:p>
        </w:tc>
        <w:tc>
          <w:tcPr>
            <w:tcW w:w="2880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14:paraId="1E6373F4" w14:textId="77777777" w:rsidR="00450A84" w:rsidRPr="00522175" w:rsidRDefault="00450A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50A84" w14:paraId="0BF40943" w14:textId="77777777" w:rsidTr="00FE4D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vMerge w:val="restart"/>
            <w:tcBorders>
              <w:right w:val="single" w:sz="4" w:space="0" w:color="auto"/>
            </w:tcBorders>
            <w:vAlign w:val="center"/>
          </w:tcPr>
          <w:p w14:paraId="1F372A10" w14:textId="77777777" w:rsidR="00450A84" w:rsidRPr="002A7B89" w:rsidRDefault="00450A84" w:rsidP="00522175">
            <w:pPr>
              <w:rPr>
                <w:sz w:val="24"/>
                <w:szCs w:val="24"/>
              </w:rPr>
            </w:pPr>
            <w:r w:rsidRPr="002A7B89">
              <w:rPr>
                <w:sz w:val="24"/>
                <w:szCs w:val="24"/>
              </w:rPr>
              <w:t>13-05-2026</w:t>
            </w: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</w:tcPr>
          <w:p w14:paraId="225579F0" w14:textId="235D2C55" w:rsidR="00450A84" w:rsidRPr="00522175" w:rsidRDefault="00450A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proofErr w:type="spellStart"/>
            <w:r w:rsidRPr="00522175">
              <w:t>Pædsektionen</w:t>
            </w:r>
            <w:proofErr w:type="spellEnd"/>
          </w:p>
        </w:tc>
        <w:tc>
          <w:tcPr>
            <w:tcW w:w="2880" w:type="dxa"/>
            <w:tcBorders>
              <w:left w:val="single" w:sz="4" w:space="0" w:color="auto"/>
            </w:tcBorders>
          </w:tcPr>
          <w:p w14:paraId="4433A2A9" w14:textId="77777777" w:rsidR="00450A84" w:rsidRPr="00522175" w:rsidRDefault="00450A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50A84" w14:paraId="24F6E559" w14:textId="77777777" w:rsidTr="00FE4D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vMerge/>
            <w:tcBorders>
              <w:right w:val="single" w:sz="4" w:space="0" w:color="auto"/>
            </w:tcBorders>
            <w:vAlign w:val="center"/>
          </w:tcPr>
          <w:p w14:paraId="6395DDD1" w14:textId="77777777" w:rsidR="00450A84" w:rsidRPr="002A7B89" w:rsidRDefault="00450A84" w:rsidP="00522175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6B96A3" w14:textId="3FC6D2FD" w:rsidR="00450A84" w:rsidRPr="00522175" w:rsidRDefault="00450A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22175">
              <w:t>Maria</w:t>
            </w:r>
          </w:p>
        </w:tc>
        <w:tc>
          <w:tcPr>
            <w:tcW w:w="2880" w:type="dxa"/>
            <w:tcBorders>
              <w:left w:val="single" w:sz="4" w:space="0" w:color="auto"/>
            </w:tcBorders>
            <w:shd w:val="clear" w:color="auto" w:fill="auto"/>
          </w:tcPr>
          <w:p w14:paraId="457E9A6B" w14:textId="77777777" w:rsidR="00450A84" w:rsidRPr="00522175" w:rsidRDefault="00450A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50A84" w14:paraId="69EE11A5" w14:textId="77777777" w:rsidTr="00FE4D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vMerge w:val="restart"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2C13F6FA" w14:textId="77777777" w:rsidR="00450A84" w:rsidRPr="002A7B89" w:rsidRDefault="00450A84" w:rsidP="00522175">
            <w:pPr>
              <w:rPr>
                <w:sz w:val="24"/>
                <w:szCs w:val="24"/>
              </w:rPr>
            </w:pPr>
            <w:r w:rsidRPr="002A7B89">
              <w:rPr>
                <w:sz w:val="24"/>
                <w:szCs w:val="24"/>
              </w:rPr>
              <w:t>20-05-2026</w:t>
            </w: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14F6B209" w14:textId="487A7AF7" w:rsidR="00450A84" w:rsidRPr="00522175" w:rsidRDefault="00450A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proofErr w:type="spellStart"/>
            <w:r w:rsidRPr="00522175">
              <w:t>Interventionsradiologi</w:t>
            </w:r>
            <w:proofErr w:type="spellEnd"/>
          </w:p>
        </w:tc>
        <w:tc>
          <w:tcPr>
            <w:tcW w:w="2880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14:paraId="5718B53F" w14:textId="77777777" w:rsidR="00450A84" w:rsidRPr="00522175" w:rsidRDefault="00450A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50A84" w14:paraId="3D447F5F" w14:textId="77777777" w:rsidTr="00FE4D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vMerge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770B84F8" w14:textId="77777777" w:rsidR="00450A84" w:rsidRPr="002A7B89" w:rsidRDefault="00450A84" w:rsidP="00522175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0FF916E2" w14:textId="1D5C2563" w:rsidR="00450A84" w:rsidRPr="00522175" w:rsidRDefault="00450A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22175">
              <w:t>Michael</w:t>
            </w:r>
          </w:p>
        </w:tc>
        <w:tc>
          <w:tcPr>
            <w:tcW w:w="2880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14:paraId="61EF8815" w14:textId="77777777" w:rsidR="00450A84" w:rsidRPr="00522175" w:rsidRDefault="00450A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50A84" w14:paraId="32462DB4" w14:textId="77777777" w:rsidTr="00FE4D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vMerge w:val="restart"/>
            <w:tcBorders>
              <w:right w:val="single" w:sz="4" w:space="0" w:color="auto"/>
            </w:tcBorders>
            <w:vAlign w:val="center"/>
          </w:tcPr>
          <w:p w14:paraId="6D27C606" w14:textId="77777777" w:rsidR="00450A84" w:rsidRPr="002A7B89" w:rsidRDefault="00450A84" w:rsidP="00522175">
            <w:pPr>
              <w:rPr>
                <w:sz w:val="24"/>
                <w:szCs w:val="24"/>
              </w:rPr>
            </w:pPr>
            <w:r w:rsidRPr="002A7B89">
              <w:rPr>
                <w:sz w:val="24"/>
                <w:szCs w:val="24"/>
              </w:rPr>
              <w:t>27-05-2026</w:t>
            </w: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</w:tcPr>
          <w:p w14:paraId="29E4C147" w14:textId="1DCC3784" w:rsidR="00450A84" w:rsidRPr="00522175" w:rsidRDefault="00450A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22175">
              <w:t>Søren</w:t>
            </w:r>
          </w:p>
        </w:tc>
        <w:tc>
          <w:tcPr>
            <w:tcW w:w="2880" w:type="dxa"/>
            <w:tcBorders>
              <w:left w:val="single" w:sz="4" w:space="0" w:color="auto"/>
            </w:tcBorders>
          </w:tcPr>
          <w:p w14:paraId="47D78640" w14:textId="2B2844DF" w:rsidR="00450A84" w:rsidRPr="00522175" w:rsidRDefault="00450A8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22175">
              <w:t xml:space="preserve">PhD </w:t>
            </w:r>
            <w:proofErr w:type="spellStart"/>
            <w:r w:rsidRPr="00522175">
              <w:t>projekt</w:t>
            </w:r>
            <w:proofErr w:type="spellEnd"/>
          </w:p>
        </w:tc>
      </w:tr>
      <w:tr w:rsidR="00450A84" w14:paraId="33BD7829" w14:textId="77777777" w:rsidTr="00FE4D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vMerge/>
            <w:tcBorders>
              <w:right w:val="single" w:sz="4" w:space="0" w:color="auto"/>
            </w:tcBorders>
            <w:vAlign w:val="center"/>
          </w:tcPr>
          <w:p w14:paraId="634592EA" w14:textId="77777777" w:rsidR="00450A84" w:rsidRPr="002A7B89" w:rsidRDefault="00450A84" w:rsidP="00522175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21FBD0" w14:textId="11052894" w:rsidR="00450A84" w:rsidRPr="00522175" w:rsidRDefault="00450A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22175">
              <w:t>Jens</w:t>
            </w:r>
          </w:p>
        </w:tc>
        <w:tc>
          <w:tcPr>
            <w:tcW w:w="2880" w:type="dxa"/>
            <w:tcBorders>
              <w:left w:val="single" w:sz="4" w:space="0" w:color="auto"/>
            </w:tcBorders>
            <w:shd w:val="clear" w:color="auto" w:fill="auto"/>
          </w:tcPr>
          <w:p w14:paraId="55C64E7A" w14:textId="24D2197B" w:rsidR="00450A84" w:rsidRPr="00522175" w:rsidRDefault="00FE4D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522175">
              <w:t>Forskning</w:t>
            </w:r>
            <w:r>
              <w:t>soplæg</w:t>
            </w:r>
            <w:proofErr w:type="spellEnd"/>
          </w:p>
        </w:tc>
      </w:tr>
      <w:tr w:rsidR="00313C61" w14:paraId="04F9FE6F" w14:textId="77777777" w:rsidTr="0052217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tcBorders>
              <w:right w:val="none" w:sz="0" w:space="0" w:color="auto"/>
            </w:tcBorders>
            <w:shd w:val="clear" w:color="auto" w:fill="EE0000"/>
            <w:vAlign w:val="center"/>
          </w:tcPr>
          <w:p w14:paraId="49540DCF" w14:textId="77777777" w:rsidR="00313C61" w:rsidRPr="002A7B89" w:rsidRDefault="00000000" w:rsidP="00522175">
            <w:pPr>
              <w:rPr>
                <w:sz w:val="24"/>
                <w:szCs w:val="24"/>
              </w:rPr>
            </w:pPr>
            <w:proofErr w:type="spellStart"/>
            <w:r w:rsidRPr="002A7B89">
              <w:rPr>
                <w:sz w:val="24"/>
                <w:szCs w:val="24"/>
              </w:rPr>
              <w:t>juni</w:t>
            </w:r>
            <w:proofErr w:type="spellEnd"/>
            <w:r w:rsidRPr="002A7B89">
              <w:rPr>
                <w:sz w:val="24"/>
                <w:szCs w:val="24"/>
              </w:rPr>
              <w:t xml:space="preserve"> 2026</w:t>
            </w:r>
          </w:p>
        </w:tc>
        <w:tc>
          <w:tcPr>
            <w:tcW w:w="2880" w:type="dxa"/>
            <w:tcBorders>
              <w:left w:val="none" w:sz="0" w:space="0" w:color="auto"/>
              <w:right w:val="none" w:sz="0" w:space="0" w:color="auto"/>
            </w:tcBorders>
            <w:shd w:val="clear" w:color="auto" w:fill="EE0000"/>
          </w:tcPr>
          <w:p w14:paraId="38A2999D" w14:textId="77777777" w:rsidR="00313C61" w:rsidRPr="002A7B8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2A7B89">
              <w:rPr>
                <w:b/>
                <w:bCs/>
                <w:sz w:val="24"/>
                <w:szCs w:val="24"/>
              </w:rPr>
              <w:t xml:space="preserve">Ingen </w:t>
            </w:r>
            <w:proofErr w:type="spellStart"/>
            <w:r w:rsidRPr="002A7B89">
              <w:rPr>
                <w:b/>
                <w:bCs/>
                <w:sz w:val="24"/>
                <w:szCs w:val="24"/>
              </w:rPr>
              <w:t>undervisning</w:t>
            </w:r>
            <w:proofErr w:type="spellEnd"/>
          </w:p>
        </w:tc>
        <w:tc>
          <w:tcPr>
            <w:tcW w:w="2880" w:type="dxa"/>
            <w:tcBorders>
              <w:left w:val="none" w:sz="0" w:space="0" w:color="auto"/>
            </w:tcBorders>
            <w:shd w:val="clear" w:color="auto" w:fill="EE0000"/>
          </w:tcPr>
          <w:p w14:paraId="50EBE697" w14:textId="77777777" w:rsidR="00313C61" w:rsidRPr="002A7B89" w:rsidRDefault="00313C6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</w:p>
        </w:tc>
      </w:tr>
      <w:tr w:rsidR="00313C61" w14:paraId="5D21C477" w14:textId="77777777" w:rsidTr="005221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tcBorders>
              <w:right w:val="none" w:sz="0" w:space="0" w:color="auto"/>
            </w:tcBorders>
            <w:shd w:val="clear" w:color="auto" w:fill="EE0000"/>
            <w:vAlign w:val="center"/>
          </w:tcPr>
          <w:p w14:paraId="05A2980F" w14:textId="77777777" w:rsidR="00313C61" w:rsidRPr="002A7B89" w:rsidRDefault="00000000" w:rsidP="00522175">
            <w:pPr>
              <w:rPr>
                <w:sz w:val="24"/>
                <w:szCs w:val="24"/>
              </w:rPr>
            </w:pPr>
            <w:proofErr w:type="spellStart"/>
            <w:r w:rsidRPr="002A7B89">
              <w:rPr>
                <w:sz w:val="24"/>
                <w:szCs w:val="24"/>
              </w:rPr>
              <w:t>juli</w:t>
            </w:r>
            <w:proofErr w:type="spellEnd"/>
            <w:r w:rsidRPr="002A7B89">
              <w:rPr>
                <w:sz w:val="24"/>
                <w:szCs w:val="24"/>
              </w:rPr>
              <w:t xml:space="preserve"> 2026</w:t>
            </w:r>
          </w:p>
        </w:tc>
        <w:tc>
          <w:tcPr>
            <w:tcW w:w="2880" w:type="dxa"/>
            <w:tcBorders>
              <w:left w:val="none" w:sz="0" w:space="0" w:color="auto"/>
              <w:right w:val="none" w:sz="0" w:space="0" w:color="auto"/>
            </w:tcBorders>
            <w:shd w:val="clear" w:color="auto" w:fill="EE0000"/>
          </w:tcPr>
          <w:p w14:paraId="49B01F9C" w14:textId="77777777" w:rsidR="00313C61" w:rsidRPr="002A7B8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2A7B89">
              <w:rPr>
                <w:b/>
                <w:bCs/>
                <w:sz w:val="24"/>
                <w:szCs w:val="24"/>
              </w:rPr>
              <w:t xml:space="preserve">Ingen </w:t>
            </w:r>
            <w:proofErr w:type="spellStart"/>
            <w:r w:rsidRPr="002A7B89">
              <w:rPr>
                <w:b/>
                <w:bCs/>
                <w:sz w:val="24"/>
                <w:szCs w:val="24"/>
              </w:rPr>
              <w:t>undervisning</w:t>
            </w:r>
            <w:proofErr w:type="spellEnd"/>
          </w:p>
        </w:tc>
        <w:tc>
          <w:tcPr>
            <w:tcW w:w="2880" w:type="dxa"/>
            <w:tcBorders>
              <w:left w:val="none" w:sz="0" w:space="0" w:color="auto"/>
            </w:tcBorders>
            <w:shd w:val="clear" w:color="auto" w:fill="EE0000"/>
          </w:tcPr>
          <w:p w14:paraId="04B98B4D" w14:textId="77777777" w:rsidR="00313C61" w:rsidRPr="002A7B89" w:rsidRDefault="00313C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</w:p>
        </w:tc>
      </w:tr>
    </w:tbl>
    <w:p w14:paraId="737AEB9C" w14:textId="77777777" w:rsidR="004452BB" w:rsidRDefault="004452BB"/>
    <w:sectPr w:rsidR="004452B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44465979">
    <w:abstractNumId w:val="8"/>
  </w:num>
  <w:num w:numId="2" w16cid:durableId="765732274">
    <w:abstractNumId w:val="6"/>
  </w:num>
  <w:num w:numId="3" w16cid:durableId="2037415397">
    <w:abstractNumId w:val="5"/>
  </w:num>
  <w:num w:numId="4" w16cid:durableId="1502045742">
    <w:abstractNumId w:val="4"/>
  </w:num>
  <w:num w:numId="5" w16cid:durableId="1328241873">
    <w:abstractNumId w:val="7"/>
  </w:num>
  <w:num w:numId="6" w16cid:durableId="1598950122">
    <w:abstractNumId w:val="3"/>
  </w:num>
  <w:num w:numId="7" w16cid:durableId="1532066574">
    <w:abstractNumId w:val="2"/>
  </w:num>
  <w:num w:numId="8" w16cid:durableId="1022438488">
    <w:abstractNumId w:val="1"/>
  </w:num>
  <w:num w:numId="9" w16cid:durableId="839737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1C78"/>
    <w:rsid w:val="00034616"/>
    <w:rsid w:val="0006063C"/>
    <w:rsid w:val="0012076F"/>
    <w:rsid w:val="0015074B"/>
    <w:rsid w:val="00167BDB"/>
    <w:rsid w:val="0029639D"/>
    <w:rsid w:val="002A7B89"/>
    <w:rsid w:val="002F13B6"/>
    <w:rsid w:val="00313C61"/>
    <w:rsid w:val="00326F90"/>
    <w:rsid w:val="00374CB7"/>
    <w:rsid w:val="004452BB"/>
    <w:rsid w:val="00450A84"/>
    <w:rsid w:val="00476DB9"/>
    <w:rsid w:val="00522175"/>
    <w:rsid w:val="007B2349"/>
    <w:rsid w:val="00874504"/>
    <w:rsid w:val="008C47C8"/>
    <w:rsid w:val="009D0101"/>
    <w:rsid w:val="00AA1D8D"/>
    <w:rsid w:val="00B47730"/>
    <w:rsid w:val="00CB0664"/>
    <w:rsid w:val="00F9519B"/>
    <w:rsid w:val="00FC693F"/>
    <w:rsid w:val="00FE4DFD"/>
    <w:rsid w:val="00FF0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67E3D675"/>
  <w14:defaultImageDpi w14:val="300"/>
  <w15:docId w15:val="{DE5EA470-3131-8042-B3EB-0CFA57151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dTable1Light-Accent5">
    <w:name w:val="Grid Table 1 Light Accent 5"/>
    <w:basedOn w:val="TableNormal"/>
    <w:uiPriority w:val="46"/>
    <w:rsid w:val="002F13B6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120</Words>
  <Characters>1049</Characters>
  <Application>Microsoft Office Word</Application>
  <DocSecurity>0</DocSecurity>
  <Lines>104</Lines>
  <Paragraphs>73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1096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Surenth Nalliah</cp:lastModifiedBy>
  <cp:revision>16</cp:revision>
  <dcterms:created xsi:type="dcterms:W3CDTF">2013-12-23T23:15:00Z</dcterms:created>
  <dcterms:modified xsi:type="dcterms:W3CDTF">2026-03-03T12:03:00Z</dcterms:modified>
  <cp:category/>
</cp:coreProperties>
</file>